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A846" w14:textId="24801578" w:rsidR="001B6EDB" w:rsidRPr="00D068BD" w:rsidRDefault="00F4364D" w:rsidP="00EE0E91">
      <w:pPr>
        <w:pStyle w:val="Ttulo1"/>
        <w:jc w:val="center"/>
        <w:rPr>
          <w:lang w:val="pt-BR"/>
        </w:rPr>
      </w:pPr>
      <w:r w:rsidRPr="00D068BD">
        <w:rPr>
          <w:lang w:val="pt-BR"/>
        </w:rPr>
        <w:t xml:space="preserve">MODELO – </w:t>
      </w:r>
      <w:r w:rsidR="00D068BD" w:rsidRPr="00D068BD">
        <w:rPr>
          <w:lang w:val="pt-BR"/>
        </w:rPr>
        <w:t xml:space="preserve">EDITAL DE </w:t>
      </w:r>
      <w:r w:rsidRPr="00D068BD">
        <w:rPr>
          <w:lang w:val="pt-BR"/>
        </w:rPr>
        <w:t xml:space="preserve">SELEÇÃO E CLASSIFICAÇÃO DE </w:t>
      </w:r>
      <w:r w:rsidR="00EE0E91">
        <w:rPr>
          <w:lang w:val="pt-BR"/>
        </w:rPr>
        <w:t xml:space="preserve">DISCENTES PARA PARTICIPAÇÃO EM </w:t>
      </w:r>
      <w:r w:rsidRPr="00D068BD">
        <w:rPr>
          <w:lang w:val="pt-BR"/>
        </w:rPr>
        <w:t xml:space="preserve">PROJETOS </w:t>
      </w:r>
      <w:r w:rsidR="00EE0E91">
        <w:rPr>
          <w:lang w:val="pt-BR"/>
        </w:rPr>
        <w:t>DE ICT</w:t>
      </w:r>
      <w:r w:rsidRPr="00D068BD">
        <w:rPr>
          <w:lang w:val="pt-BR"/>
        </w:rPr>
        <w:t xml:space="preserve"> – UFPR</w:t>
      </w:r>
    </w:p>
    <w:p w14:paraId="7281B987" w14:textId="77777777" w:rsidR="00FD7CFA" w:rsidRDefault="00FD7CFA">
      <w:pPr>
        <w:rPr>
          <w:lang w:val="pt-BR"/>
        </w:rPr>
      </w:pPr>
    </w:p>
    <w:p w14:paraId="45E87BBE" w14:textId="4D4BDD9D" w:rsidR="001B6EDB" w:rsidRPr="00D068BD" w:rsidRDefault="00F4364D">
      <w:pPr>
        <w:rPr>
          <w:lang w:val="pt-BR"/>
        </w:rPr>
      </w:pPr>
      <w:r w:rsidRPr="00D068BD">
        <w:rPr>
          <w:lang w:val="pt-BR"/>
        </w:rPr>
        <w:t xml:space="preserve">Edital nº </w:t>
      </w:r>
      <w:r w:rsidR="00D068BD">
        <w:rPr>
          <w:lang w:val="pt-BR"/>
        </w:rPr>
        <w:t>01</w:t>
      </w:r>
      <w:r w:rsidRPr="00D068BD">
        <w:rPr>
          <w:lang w:val="pt-BR"/>
        </w:rPr>
        <w:t>/20</w:t>
      </w:r>
      <w:r w:rsidR="00D068BD">
        <w:rPr>
          <w:lang w:val="pt-BR"/>
        </w:rPr>
        <w:t>25</w:t>
      </w:r>
      <w:r w:rsidRPr="00D068BD">
        <w:rPr>
          <w:lang w:val="pt-BR"/>
        </w:rPr>
        <w:t xml:space="preserve"> – </w:t>
      </w:r>
      <w:r w:rsidR="00D068BD">
        <w:rPr>
          <w:lang w:val="pt-BR"/>
        </w:rPr>
        <w:t>PROPG/CICT</w:t>
      </w:r>
    </w:p>
    <w:p w14:paraId="02DFFAAC" w14:textId="3F2E01BC" w:rsidR="001B6EDB" w:rsidRPr="00D068BD" w:rsidRDefault="00F4364D">
      <w:pPr>
        <w:rPr>
          <w:lang w:val="pt-BR"/>
        </w:rPr>
      </w:pPr>
      <w:r w:rsidRPr="00D068BD">
        <w:rPr>
          <w:lang w:val="pt-BR"/>
        </w:rPr>
        <w:t>Nome do docente responsável: ___________________________________________</w:t>
      </w:r>
      <w:r w:rsidR="00EE0E91">
        <w:rPr>
          <w:lang w:val="pt-BR"/>
        </w:rPr>
        <w:t>__________</w:t>
      </w:r>
    </w:p>
    <w:p w14:paraId="65A0595F" w14:textId="3593ADDB" w:rsidR="001B6EDB" w:rsidRDefault="00F4364D">
      <w:pPr>
        <w:rPr>
          <w:lang w:val="pt-BR"/>
        </w:rPr>
      </w:pPr>
      <w:r w:rsidRPr="00D068BD">
        <w:rPr>
          <w:lang w:val="pt-BR"/>
        </w:rPr>
        <w:t>Título do projeto</w:t>
      </w:r>
      <w:r w:rsidR="00EE0E91">
        <w:rPr>
          <w:lang w:val="pt-BR"/>
        </w:rPr>
        <w:t xml:space="preserve"> de pesquisa</w:t>
      </w:r>
      <w:r w:rsidRPr="00D068BD">
        <w:rPr>
          <w:lang w:val="pt-BR"/>
        </w:rPr>
        <w:t>: ______________________________________________________</w:t>
      </w:r>
    </w:p>
    <w:p w14:paraId="2267E618" w14:textId="2A5F1232" w:rsidR="00D068BD" w:rsidRDefault="00D068BD">
      <w:pPr>
        <w:rPr>
          <w:lang w:val="pt-BR"/>
        </w:rPr>
      </w:pPr>
      <w:r>
        <w:rPr>
          <w:lang w:val="pt-BR"/>
        </w:rPr>
        <w:t xml:space="preserve">Programa: </w:t>
      </w:r>
      <w:proofErr w:type="gramStart"/>
      <w:r>
        <w:rPr>
          <w:lang w:val="pt-BR"/>
        </w:rPr>
        <w:t>( )</w:t>
      </w:r>
      <w:proofErr w:type="gramEnd"/>
      <w:r>
        <w:rPr>
          <w:lang w:val="pt-BR"/>
        </w:rPr>
        <w:t xml:space="preserve"> PIBIC   ( ) PIBITI   ( ) PIBIC-AF   ( ) PIBIC-EM</w:t>
      </w:r>
    </w:p>
    <w:p w14:paraId="635B6BB0" w14:textId="77777777" w:rsidR="00FD7CFA" w:rsidRDefault="00FD7CFA">
      <w:pPr>
        <w:rPr>
          <w:lang w:val="pt-BR"/>
        </w:rPr>
      </w:pPr>
    </w:p>
    <w:p w14:paraId="234CBD72" w14:textId="5F9CD1E6" w:rsidR="00FD7CFA" w:rsidRDefault="00FD7CFA" w:rsidP="00FD7CFA">
      <w:pPr>
        <w:pStyle w:val="Ttulo1"/>
        <w:jc w:val="center"/>
        <w:rPr>
          <w:lang w:val="pt-BR"/>
        </w:rPr>
      </w:pPr>
      <w:r>
        <w:rPr>
          <w:lang w:val="pt-BR"/>
        </w:rPr>
        <w:t>SUBMISSÃO E SELEÇÃO</w:t>
      </w:r>
    </w:p>
    <w:p w14:paraId="0263E4C4" w14:textId="77777777" w:rsidR="00FD7CFA" w:rsidRPr="00FD7CFA" w:rsidRDefault="00FD7CFA" w:rsidP="00FD7CFA">
      <w:pPr>
        <w:rPr>
          <w:lang w:val="pt-BR"/>
        </w:rPr>
      </w:pPr>
    </w:p>
    <w:p w14:paraId="0304A270" w14:textId="453F2A76" w:rsidR="009648C4" w:rsidRDefault="009648C4">
      <w:pPr>
        <w:rPr>
          <w:lang w:val="pt-BR"/>
        </w:rPr>
      </w:pPr>
      <w:r>
        <w:rPr>
          <w:lang w:val="pt-BR"/>
        </w:rPr>
        <w:t>Período para submissão da candidatura: __________________</w:t>
      </w:r>
    </w:p>
    <w:p w14:paraId="46F5C6A1" w14:textId="2BBE0604" w:rsidR="009648C4" w:rsidRDefault="009648C4">
      <w:pPr>
        <w:rPr>
          <w:lang w:val="pt-BR"/>
        </w:rPr>
      </w:pPr>
      <w:r>
        <w:rPr>
          <w:lang w:val="pt-BR"/>
        </w:rPr>
        <w:t xml:space="preserve">Meio para submissão da candidatura: _____________________ </w:t>
      </w:r>
      <w:r w:rsidRPr="00231C24">
        <w:rPr>
          <w:color w:val="EE0000"/>
          <w:lang w:val="pt-BR"/>
        </w:rPr>
        <w:t>(Recomenda-se e-mail institucional)</w:t>
      </w:r>
    </w:p>
    <w:p w14:paraId="092C5D40" w14:textId="72678DF1" w:rsidR="009648C4" w:rsidRDefault="009648C4">
      <w:pPr>
        <w:rPr>
          <w:lang w:val="pt-BR"/>
        </w:rPr>
      </w:pPr>
      <w:r>
        <w:rPr>
          <w:lang w:val="pt-BR"/>
        </w:rPr>
        <w:t>Etapas a serem realizadas de maneira presencial e respectivas datas: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2126"/>
      </w:tblGrid>
      <w:tr w:rsidR="009648C4" w14:paraId="6AA79CD5" w14:textId="77777777" w:rsidTr="00AE00D1">
        <w:tc>
          <w:tcPr>
            <w:tcW w:w="6658" w:type="dxa"/>
          </w:tcPr>
          <w:p w14:paraId="741313D0" w14:textId="02650517" w:rsidR="009648C4" w:rsidRDefault="009648C4" w:rsidP="00197212">
            <w:r>
              <w:t>Etapa</w:t>
            </w:r>
          </w:p>
        </w:tc>
        <w:tc>
          <w:tcPr>
            <w:tcW w:w="2126" w:type="dxa"/>
          </w:tcPr>
          <w:p w14:paraId="1AEBFF23" w14:textId="7881101C" w:rsidR="009648C4" w:rsidRDefault="009648C4" w:rsidP="00197212">
            <w:pPr>
              <w:jc w:val="center"/>
            </w:pPr>
            <w:r>
              <w:t>Data</w:t>
            </w:r>
          </w:p>
        </w:tc>
      </w:tr>
      <w:tr w:rsidR="009648C4" w14:paraId="6BCC623D" w14:textId="77777777" w:rsidTr="00AE00D1">
        <w:tc>
          <w:tcPr>
            <w:tcW w:w="6658" w:type="dxa"/>
          </w:tcPr>
          <w:p w14:paraId="3B387D48" w14:textId="365A2629" w:rsidR="009648C4" w:rsidRPr="00231C24" w:rsidRDefault="009648C4" w:rsidP="00197212">
            <w:pPr>
              <w:rPr>
                <w:color w:val="EE0000"/>
              </w:rPr>
            </w:pPr>
            <w:r w:rsidRPr="00231C24">
              <w:rPr>
                <w:color w:val="EE0000"/>
              </w:rPr>
              <w:t>(EXEMPLO) Entrevista</w:t>
            </w:r>
          </w:p>
        </w:tc>
        <w:tc>
          <w:tcPr>
            <w:tcW w:w="2126" w:type="dxa"/>
          </w:tcPr>
          <w:p w14:paraId="012B0E33" w14:textId="78E5759A" w:rsidR="009648C4" w:rsidRPr="00231C24" w:rsidRDefault="009648C4" w:rsidP="00197212">
            <w:pPr>
              <w:jc w:val="center"/>
              <w:rPr>
                <w:color w:val="EE0000"/>
              </w:rPr>
            </w:pPr>
            <w:r w:rsidRPr="00231C24">
              <w:rPr>
                <w:color w:val="EE0000"/>
              </w:rPr>
              <w:t>30/06/2025</w:t>
            </w:r>
          </w:p>
        </w:tc>
      </w:tr>
      <w:tr w:rsidR="009648C4" w14:paraId="59DF85BD" w14:textId="77777777" w:rsidTr="00AE00D1">
        <w:tc>
          <w:tcPr>
            <w:tcW w:w="6658" w:type="dxa"/>
          </w:tcPr>
          <w:p w14:paraId="1AE1A258" w14:textId="66FBE0C3" w:rsidR="009648C4" w:rsidRPr="00231C24" w:rsidRDefault="009648C4" w:rsidP="00197212">
            <w:pPr>
              <w:rPr>
                <w:color w:val="EE0000"/>
              </w:rPr>
            </w:pPr>
            <w:r w:rsidRPr="00231C24">
              <w:rPr>
                <w:color w:val="EE0000"/>
              </w:rPr>
              <w:t xml:space="preserve">(EXEMPLO) Teste </w:t>
            </w:r>
            <w:proofErr w:type="spellStart"/>
            <w:r w:rsidRPr="00231C24">
              <w:rPr>
                <w:color w:val="EE0000"/>
              </w:rPr>
              <w:t>avaliativo</w:t>
            </w:r>
            <w:proofErr w:type="spellEnd"/>
          </w:p>
        </w:tc>
        <w:tc>
          <w:tcPr>
            <w:tcW w:w="2126" w:type="dxa"/>
          </w:tcPr>
          <w:p w14:paraId="5D1DC370" w14:textId="25FBD026" w:rsidR="009648C4" w:rsidRPr="00231C24" w:rsidRDefault="009648C4" w:rsidP="00197212">
            <w:pPr>
              <w:jc w:val="center"/>
              <w:rPr>
                <w:color w:val="EE0000"/>
              </w:rPr>
            </w:pPr>
            <w:r w:rsidRPr="00231C24">
              <w:rPr>
                <w:color w:val="EE0000"/>
              </w:rPr>
              <w:t>02/07/2025</w:t>
            </w:r>
          </w:p>
        </w:tc>
      </w:tr>
    </w:tbl>
    <w:p w14:paraId="539176E4" w14:textId="77777777" w:rsidR="001B6EDB" w:rsidRPr="00D068BD" w:rsidRDefault="00F4364D">
      <w:pPr>
        <w:pStyle w:val="Ttulo2"/>
        <w:rPr>
          <w:lang w:val="pt-BR"/>
        </w:rPr>
      </w:pPr>
      <w:r w:rsidRPr="00D068BD">
        <w:rPr>
          <w:lang w:val="pt-BR"/>
        </w:rPr>
        <w:br/>
        <w:t>1. Critérios de Avaliação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2126"/>
      </w:tblGrid>
      <w:tr w:rsidR="00D068BD" w14:paraId="57650C32" w14:textId="77777777" w:rsidTr="00AE00D1">
        <w:tc>
          <w:tcPr>
            <w:tcW w:w="6658" w:type="dxa"/>
          </w:tcPr>
          <w:p w14:paraId="0E8AF075" w14:textId="77777777" w:rsidR="00D068BD" w:rsidRDefault="00D068BD">
            <w:proofErr w:type="spellStart"/>
            <w:r>
              <w:t>Critério</w:t>
            </w:r>
            <w:proofErr w:type="spellEnd"/>
          </w:p>
        </w:tc>
        <w:tc>
          <w:tcPr>
            <w:tcW w:w="2126" w:type="dxa"/>
          </w:tcPr>
          <w:p w14:paraId="03377400" w14:textId="09DD1FC9" w:rsidR="00D068BD" w:rsidRDefault="00D068BD" w:rsidP="00D068BD">
            <w:pPr>
              <w:jc w:val="center"/>
            </w:pPr>
            <w:r>
              <w:t>Peso (0 a 1)</w:t>
            </w:r>
          </w:p>
        </w:tc>
      </w:tr>
      <w:tr w:rsidR="00D068BD" w14:paraId="4BD579E8" w14:textId="77777777" w:rsidTr="00AE00D1">
        <w:tc>
          <w:tcPr>
            <w:tcW w:w="6658" w:type="dxa"/>
          </w:tcPr>
          <w:p w14:paraId="5A91B6ED" w14:textId="22CAF8BA" w:rsidR="00D068BD" w:rsidRDefault="00D068BD">
            <w:r>
              <w:t xml:space="preserve">1 – </w:t>
            </w:r>
          </w:p>
        </w:tc>
        <w:tc>
          <w:tcPr>
            <w:tcW w:w="2126" w:type="dxa"/>
          </w:tcPr>
          <w:p w14:paraId="232376FE" w14:textId="77777777" w:rsidR="00D068BD" w:rsidRDefault="00D068BD" w:rsidP="00D068BD">
            <w:pPr>
              <w:jc w:val="center"/>
            </w:pPr>
          </w:p>
        </w:tc>
      </w:tr>
      <w:tr w:rsidR="00D068BD" w14:paraId="566DD793" w14:textId="77777777" w:rsidTr="00AE00D1">
        <w:tc>
          <w:tcPr>
            <w:tcW w:w="6658" w:type="dxa"/>
          </w:tcPr>
          <w:p w14:paraId="57B28748" w14:textId="4EAA773B" w:rsidR="00D068BD" w:rsidRDefault="00D068BD">
            <w:r>
              <w:t xml:space="preserve">2 – </w:t>
            </w:r>
          </w:p>
        </w:tc>
        <w:tc>
          <w:tcPr>
            <w:tcW w:w="2126" w:type="dxa"/>
          </w:tcPr>
          <w:p w14:paraId="76FCB25D" w14:textId="77777777" w:rsidR="00D068BD" w:rsidRDefault="00D068BD" w:rsidP="00D068BD">
            <w:pPr>
              <w:jc w:val="center"/>
            </w:pPr>
          </w:p>
        </w:tc>
      </w:tr>
      <w:tr w:rsidR="00D068BD" w14:paraId="71AC1FD9" w14:textId="77777777" w:rsidTr="00AE00D1">
        <w:tc>
          <w:tcPr>
            <w:tcW w:w="6658" w:type="dxa"/>
          </w:tcPr>
          <w:p w14:paraId="4EF40B60" w14:textId="3FF545B9" w:rsidR="00D068BD" w:rsidRDefault="00D068BD">
            <w:r>
              <w:t xml:space="preserve">3 – </w:t>
            </w:r>
          </w:p>
        </w:tc>
        <w:tc>
          <w:tcPr>
            <w:tcW w:w="2126" w:type="dxa"/>
          </w:tcPr>
          <w:p w14:paraId="03654E13" w14:textId="77777777" w:rsidR="00D068BD" w:rsidRDefault="00D068BD" w:rsidP="00D068BD">
            <w:pPr>
              <w:jc w:val="center"/>
            </w:pPr>
          </w:p>
        </w:tc>
      </w:tr>
      <w:tr w:rsidR="00D068BD" w14:paraId="25E510E0" w14:textId="77777777" w:rsidTr="00AE00D1">
        <w:tc>
          <w:tcPr>
            <w:tcW w:w="6658" w:type="dxa"/>
          </w:tcPr>
          <w:p w14:paraId="734ECD80" w14:textId="1DC6ACFE" w:rsidR="00D068BD" w:rsidRDefault="00D068BD">
            <w:r>
              <w:t xml:space="preserve">4 – </w:t>
            </w:r>
          </w:p>
        </w:tc>
        <w:tc>
          <w:tcPr>
            <w:tcW w:w="2126" w:type="dxa"/>
          </w:tcPr>
          <w:p w14:paraId="312EA980" w14:textId="77777777" w:rsidR="00D068BD" w:rsidRDefault="00D068BD" w:rsidP="00D068BD">
            <w:pPr>
              <w:jc w:val="center"/>
            </w:pPr>
          </w:p>
        </w:tc>
      </w:tr>
      <w:tr w:rsidR="00D068BD" w14:paraId="673B54B2" w14:textId="77777777" w:rsidTr="00AE00D1">
        <w:tc>
          <w:tcPr>
            <w:tcW w:w="6658" w:type="dxa"/>
          </w:tcPr>
          <w:p w14:paraId="5FC525B5" w14:textId="1738F029" w:rsidR="00D068BD" w:rsidRDefault="00D068BD">
            <w:r>
              <w:t xml:space="preserve">5 – </w:t>
            </w:r>
          </w:p>
        </w:tc>
        <w:tc>
          <w:tcPr>
            <w:tcW w:w="2126" w:type="dxa"/>
          </w:tcPr>
          <w:p w14:paraId="294483C5" w14:textId="77777777" w:rsidR="00D068BD" w:rsidRDefault="00D068BD" w:rsidP="00D068BD">
            <w:pPr>
              <w:jc w:val="center"/>
            </w:pPr>
          </w:p>
        </w:tc>
      </w:tr>
      <w:tr w:rsidR="00AE00D1" w:rsidRPr="00AE00D1" w14:paraId="010A5F9D" w14:textId="77777777" w:rsidTr="00AE00D1">
        <w:tc>
          <w:tcPr>
            <w:tcW w:w="6658" w:type="dxa"/>
          </w:tcPr>
          <w:p w14:paraId="22EA0470" w14:textId="19D75D85" w:rsidR="00AE00D1" w:rsidRPr="00AE00D1" w:rsidRDefault="00AE00D1">
            <w:pPr>
              <w:rPr>
                <w:color w:val="EE0000"/>
                <w:lang w:val="pt-BR"/>
              </w:rPr>
            </w:pPr>
            <w:r w:rsidRPr="00AE00D1">
              <w:rPr>
                <w:color w:val="EE0000"/>
                <w:lang w:val="pt-BR"/>
              </w:rPr>
              <w:t>6 – Para PIBIC-AF, necessário considerar critérios de elegibilidade</w:t>
            </w:r>
          </w:p>
        </w:tc>
        <w:tc>
          <w:tcPr>
            <w:tcW w:w="2126" w:type="dxa"/>
          </w:tcPr>
          <w:p w14:paraId="06B8F7E2" w14:textId="77777777" w:rsidR="00AE00D1" w:rsidRPr="00AE00D1" w:rsidRDefault="00AE00D1" w:rsidP="00D068BD">
            <w:pPr>
              <w:jc w:val="center"/>
              <w:rPr>
                <w:lang w:val="pt-BR"/>
              </w:rPr>
            </w:pPr>
          </w:p>
        </w:tc>
      </w:tr>
      <w:tr w:rsidR="00D068BD" w14:paraId="0CC7AA18" w14:textId="77777777" w:rsidTr="00AE00D1">
        <w:tc>
          <w:tcPr>
            <w:tcW w:w="6658" w:type="dxa"/>
          </w:tcPr>
          <w:p w14:paraId="6A2D28C6" w14:textId="77777777" w:rsidR="00D068BD" w:rsidRDefault="00D068BD">
            <w:r>
              <w:t>Total</w:t>
            </w:r>
          </w:p>
        </w:tc>
        <w:tc>
          <w:tcPr>
            <w:tcW w:w="2126" w:type="dxa"/>
          </w:tcPr>
          <w:p w14:paraId="61821449" w14:textId="0AF43401" w:rsidR="00D068BD" w:rsidRDefault="00D068BD" w:rsidP="00D068BD">
            <w:pPr>
              <w:jc w:val="center"/>
            </w:pPr>
            <w:r w:rsidRPr="00FD7CFA">
              <w:rPr>
                <w:color w:val="EE0000"/>
              </w:rPr>
              <w:t>1,0</w:t>
            </w:r>
          </w:p>
        </w:tc>
      </w:tr>
    </w:tbl>
    <w:p w14:paraId="2167D407" w14:textId="77777777" w:rsidR="00FD7CFA" w:rsidRDefault="00FD7CFA" w:rsidP="00D068BD">
      <w:pPr>
        <w:pStyle w:val="Ttulo2"/>
        <w:rPr>
          <w:lang w:val="pt-BR"/>
        </w:rPr>
      </w:pPr>
    </w:p>
    <w:p w14:paraId="0745491D" w14:textId="77777777" w:rsidR="00FD7CFA" w:rsidRDefault="00FD7CFA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pt-BR"/>
        </w:rPr>
      </w:pPr>
      <w:r>
        <w:rPr>
          <w:lang w:val="pt-BR"/>
        </w:rPr>
        <w:br w:type="page"/>
      </w:r>
    </w:p>
    <w:p w14:paraId="6619F8BC" w14:textId="77777777" w:rsidR="00FD7CFA" w:rsidRDefault="00FD7CFA" w:rsidP="00FD7CFA">
      <w:pPr>
        <w:pStyle w:val="Ttulo1"/>
        <w:spacing w:before="240"/>
        <w:jc w:val="center"/>
        <w:rPr>
          <w:lang w:val="pt-BR"/>
        </w:rPr>
      </w:pPr>
      <w:r>
        <w:rPr>
          <w:lang w:val="pt-BR"/>
        </w:rPr>
        <w:lastRenderedPageBreak/>
        <w:t>RESULTADO E CLASSIFICAÇÃO</w:t>
      </w:r>
    </w:p>
    <w:p w14:paraId="06B9E64C" w14:textId="378C550B" w:rsidR="00D068BD" w:rsidRPr="00D068BD" w:rsidRDefault="00F4364D" w:rsidP="00FD7CFA">
      <w:pPr>
        <w:pStyle w:val="Ttulo1"/>
        <w:spacing w:before="120"/>
        <w:rPr>
          <w:lang w:val="pt-BR"/>
        </w:rPr>
      </w:pPr>
      <w:r w:rsidRPr="00D068BD">
        <w:rPr>
          <w:lang w:val="pt-BR"/>
        </w:rPr>
        <w:br/>
      </w:r>
      <w:r>
        <w:rPr>
          <w:lang w:val="pt-BR"/>
        </w:rPr>
        <w:t>1</w:t>
      </w:r>
      <w:r w:rsidR="00D068BD" w:rsidRPr="00D068BD">
        <w:rPr>
          <w:lang w:val="pt-BR"/>
        </w:rPr>
        <w:t xml:space="preserve">. </w:t>
      </w:r>
      <w:r w:rsidR="00D068BD">
        <w:rPr>
          <w:lang w:val="pt-BR"/>
        </w:rPr>
        <w:t>Candidaturas recebidas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905"/>
      </w:tblGrid>
      <w:tr w:rsidR="00D068BD" w14:paraId="2DCAEFCC" w14:textId="77777777" w:rsidTr="00D068BD">
        <w:tc>
          <w:tcPr>
            <w:tcW w:w="7905" w:type="dxa"/>
          </w:tcPr>
          <w:p w14:paraId="63EA9E13" w14:textId="47AFA4DD" w:rsidR="00D068BD" w:rsidRDefault="00D068BD" w:rsidP="00197212">
            <w:proofErr w:type="spellStart"/>
            <w:r>
              <w:t>Candidata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</w:tr>
      <w:tr w:rsidR="00D068BD" w14:paraId="1B63CBC9" w14:textId="77777777" w:rsidTr="00D068BD">
        <w:tc>
          <w:tcPr>
            <w:tcW w:w="7905" w:type="dxa"/>
          </w:tcPr>
          <w:p w14:paraId="54805084" w14:textId="46BA08D6" w:rsidR="00D068BD" w:rsidRDefault="009648C4" w:rsidP="00197212">
            <w:r>
              <w:t xml:space="preserve">1 – </w:t>
            </w:r>
          </w:p>
        </w:tc>
      </w:tr>
      <w:tr w:rsidR="00D068BD" w14:paraId="5EA91B5B" w14:textId="77777777" w:rsidTr="00D068BD">
        <w:tc>
          <w:tcPr>
            <w:tcW w:w="7905" w:type="dxa"/>
          </w:tcPr>
          <w:p w14:paraId="1380B5FD" w14:textId="427E00F4" w:rsidR="00D068BD" w:rsidRDefault="009648C4" w:rsidP="00197212">
            <w:r>
              <w:t xml:space="preserve">2 – </w:t>
            </w:r>
          </w:p>
        </w:tc>
      </w:tr>
      <w:tr w:rsidR="00D068BD" w14:paraId="788DE468" w14:textId="77777777" w:rsidTr="00D068BD">
        <w:tc>
          <w:tcPr>
            <w:tcW w:w="7905" w:type="dxa"/>
          </w:tcPr>
          <w:p w14:paraId="6092CC9A" w14:textId="7FF5FE43" w:rsidR="00D068BD" w:rsidRDefault="009648C4" w:rsidP="00197212">
            <w:r>
              <w:t xml:space="preserve">3 – </w:t>
            </w:r>
          </w:p>
        </w:tc>
      </w:tr>
      <w:tr w:rsidR="00D068BD" w14:paraId="49651473" w14:textId="77777777" w:rsidTr="00D068BD">
        <w:tc>
          <w:tcPr>
            <w:tcW w:w="7905" w:type="dxa"/>
          </w:tcPr>
          <w:p w14:paraId="3501ED28" w14:textId="0A4AD95B" w:rsidR="00D068BD" w:rsidRDefault="009648C4" w:rsidP="00197212">
            <w:r>
              <w:t xml:space="preserve">4 – </w:t>
            </w:r>
          </w:p>
        </w:tc>
      </w:tr>
      <w:tr w:rsidR="00D068BD" w14:paraId="443A41EC" w14:textId="77777777" w:rsidTr="00D068BD">
        <w:tc>
          <w:tcPr>
            <w:tcW w:w="7905" w:type="dxa"/>
          </w:tcPr>
          <w:p w14:paraId="19EA21E9" w14:textId="7A0CEEA7" w:rsidR="00D068BD" w:rsidRDefault="009648C4" w:rsidP="00197212">
            <w:r>
              <w:t xml:space="preserve">5 – </w:t>
            </w:r>
          </w:p>
        </w:tc>
      </w:tr>
    </w:tbl>
    <w:p w14:paraId="1C21DEFA" w14:textId="77777777" w:rsidR="00D068BD" w:rsidRDefault="00D068BD"/>
    <w:p w14:paraId="5DB484E2" w14:textId="38B6895D" w:rsidR="009648C4" w:rsidRDefault="00F4364D" w:rsidP="00D068BD">
      <w:pPr>
        <w:pStyle w:val="Ttulo2"/>
        <w:rPr>
          <w:lang w:val="pt-BR"/>
        </w:rPr>
      </w:pPr>
      <w:r>
        <w:rPr>
          <w:lang w:val="pt-BR"/>
        </w:rPr>
        <w:t>2</w:t>
      </w:r>
      <w:r w:rsidR="009648C4" w:rsidRPr="00D068BD">
        <w:rPr>
          <w:lang w:val="pt-BR"/>
        </w:rPr>
        <w:t xml:space="preserve">. </w:t>
      </w:r>
      <w:r w:rsidR="009648C4">
        <w:rPr>
          <w:lang w:val="pt-BR"/>
        </w:rPr>
        <w:t>Pontuação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276"/>
        <w:gridCol w:w="1275"/>
        <w:gridCol w:w="1276"/>
      </w:tblGrid>
      <w:tr w:rsidR="009648C4" w14:paraId="7F8A7023" w14:textId="78E26E44" w:rsidTr="009648C4">
        <w:tc>
          <w:tcPr>
            <w:tcW w:w="1555" w:type="dxa"/>
          </w:tcPr>
          <w:p w14:paraId="701C5EB4" w14:textId="61197058" w:rsidR="009648C4" w:rsidRDefault="009648C4" w:rsidP="009648C4">
            <w:pPr>
              <w:jc w:val="center"/>
            </w:pPr>
            <w:proofErr w:type="spellStart"/>
            <w:r>
              <w:t>Candidata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candidato</w:t>
            </w:r>
            <w:proofErr w:type="spellEnd"/>
          </w:p>
        </w:tc>
        <w:tc>
          <w:tcPr>
            <w:tcW w:w="1275" w:type="dxa"/>
          </w:tcPr>
          <w:p w14:paraId="0B6A13E8" w14:textId="27ADC99A" w:rsidR="009648C4" w:rsidRDefault="009648C4" w:rsidP="009648C4">
            <w:pPr>
              <w:jc w:val="center"/>
            </w:pPr>
            <w:r>
              <w:t xml:space="preserve">Nota </w:t>
            </w:r>
            <w:proofErr w:type="spellStart"/>
            <w:r>
              <w:t>critério</w:t>
            </w:r>
            <w:proofErr w:type="spellEnd"/>
            <w:r>
              <w:t xml:space="preserve"> 1</w:t>
            </w:r>
          </w:p>
        </w:tc>
        <w:tc>
          <w:tcPr>
            <w:tcW w:w="1276" w:type="dxa"/>
          </w:tcPr>
          <w:p w14:paraId="51882B8B" w14:textId="2F09BB30" w:rsidR="009648C4" w:rsidRDefault="009648C4" w:rsidP="009648C4">
            <w:pPr>
              <w:jc w:val="center"/>
            </w:pPr>
            <w:r>
              <w:t xml:space="preserve">Nota </w:t>
            </w:r>
            <w:proofErr w:type="spellStart"/>
            <w:r>
              <w:t>critério</w:t>
            </w:r>
            <w:proofErr w:type="spellEnd"/>
            <w:r>
              <w:t xml:space="preserve"> 2</w:t>
            </w:r>
          </w:p>
        </w:tc>
        <w:tc>
          <w:tcPr>
            <w:tcW w:w="1276" w:type="dxa"/>
          </w:tcPr>
          <w:p w14:paraId="29A7F3E3" w14:textId="3DAB9347" w:rsidR="009648C4" w:rsidRDefault="009648C4" w:rsidP="009648C4">
            <w:pPr>
              <w:jc w:val="center"/>
            </w:pPr>
            <w:r>
              <w:t xml:space="preserve">Nota </w:t>
            </w:r>
            <w:proofErr w:type="spellStart"/>
            <w:r>
              <w:t>critério</w:t>
            </w:r>
            <w:proofErr w:type="spellEnd"/>
            <w:r>
              <w:t xml:space="preserve"> 3</w:t>
            </w:r>
          </w:p>
        </w:tc>
        <w:tc>
          <w:tcPr>
            <w:tcW w:w="1276" w:type="dxa"/>
          </w:tcPr>
          <w:p w14:paraId="6BA1B8E4" w14:textId="32A43618" w:rsidR="009648C4" w:rsidRDefault="009648C4" w:rsidP="009648C4">
            <w:pPr>
              <w:jc w:val="center"/>
            </w:pPr>
            <w:r>
              <w:t xml:space="preserve">Nota </w:t>
            </w:r>
            <w:proofErr w:type="spellStart"/>
            <w:r>
              <w:t>critério</w:t>
            </w:r>
            <w:proofErr w:type="spellEnd"/>
            <w:r>
              <w:t xml:space="preserve"> 4</w:t>
            </w:r>
          </w:p>
        </w:tc>
        <w:tc>
          <w:tcPr>
            <w:tcW w:w="1275" w:type="dxa"/>
          </w:tcPr>
          <w:p w14:paraId="56B10FB3" w14:textId="297813C3" w:rsidR="009648C4" w:rsidRDefault="009648C4" w:rsidP="009648C4">
            <w:pPr>
              <w:jc w:val="center"/>
            </w:pPr>
            <w:r>
              <w:t xml:space="preserve">Nota </w:t>
            </w:r>
            <w:proofErr w:type="spellStart"/>
            <w:r>
              <w:t>critério</w:t>
            </w:r>
            <w:proofErr w:type="spellEnd"/>
            <w:r>
              <w:t xml:space="preserve"> 5</w:t>
            </w:r>
          </w:p>
        </w:tc>
        <w:tc>
          <w:tcPr>
            <w:tcW w:w="1276" w:type="dxa"/>
          </w:tcPr>
          <w:p w14:paraId="21AD2DA7" w14:textId="2F3C14E1" w:rsidR="009648C4" w:rsidRDefault="009648C4" w:rsidP="009648C4">
            <w:pPr>
              <w:jc w:val="center"/>
            </w:pPr>
            <w:proofErr w:type="spellStart"/>
            <w:r>
              <w:t>Nota</w:t>
            </w:r>
            <w:proofErr w:type="spellEnd"/>
            <w:r>
              <w:t xml:space="preserve"> final </w:t>
            </w:r>
            <w:proofErr w:type="spellStart"/>
            <w:r>
              <w:t>ponderada</w:t>
            </w:r>
            <w:proofErr w:type="spellEnd"/>
          </w:p>
        </w:tc>
      </w:tr>
      <w:tr w:rsidR="009648C4" w14:paraId="1CFD1440" w14:textId="0BBD1864" w:rsidTr="009648C4">
        <w:tc>
          <w:tcPr>
            <w:tcW w:w="1555" w:type="dxa"/>
          </w:tcPr>
          <w:p w14:paraId="7CFCEC24" w14:textId="2438307D" w:rsidR="009648C4" w:rsidRDefault="009648C4" w:rsidP="009648C4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14:paraId="0DFC23FB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19E92A5A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6E60E9A3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27B23AB1" w14:textId="2B441831" w:rsidR="009648C4" w:rsidRDefault="009648C4" w:rsidP="00197212">
            <w:pPr>
              <w:jc w:val="center"/>
            </w:pPr>
          </w:p>
        </w:tc>
        <w:tc>
          <w:tcPr>
            <w:tcW w:w="1275" w:type="dxa"/>
          </w:tcPr>
          <w:p w14:paraId="5825C313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705D7B0F" w14:textId="77777777" w:rsidR="009648C4" w:rsidRDefault="009648C4" w:rsidP="00197212">
            <w:pPr>
              <w:jc w:val="center"/>
            </w:pPr>
          </w:p>
        </w:tc>
      </w:tr>
      <w:tr w:rsidR="009648C4" w14:paraId="7B7A0BF6" w14:textId="4D46DA45" w:rsidTr="009648C4">
        <w:tc>
          <w:tcPr>
            <w:tcW w:w="1555" w:type="dxa"/>
          </w:tcPr>
          <w:p w14:paraId="33FE9A57" w14:textId="1AA8FB36" w:rsidR="009648C4" w:rsidRDefault="009648C4" w:rsidP="009648C4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14:paraId="4973D332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2B5FF5EA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11C612CB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5619C3FB" w14:textId="16F00A41" w:rsidR="009648C4" w:rsidRDefault="009648C4" w:rsidP="00197212">
            <w:pPr>
              <w:jc w:val="center"/>
            </w:pPr>
          </w:p>
        </w:tc>
        <w:tc>
          <w:tcPr>
            <w:tcW w:w="1275" w:type="dxa"/>
          </w:tcPr>
          <w:p w14:paraId="5AD72DD0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32307198" w14:textId="77777777" w:rsidR="009648C4" w:rsidRDefault="009648C4" w:rsidP="00197212">
            <w:pPr>
              <w:jc w:val="center"/>
            </w:pPr>
          </w:p>
        </w:tc>
      </w:tr>
      <w:tr w:rsidR="009648C4" w14:paraId="03301193" w14:textId="0782969C" w:rsidTr="009648C4">
        <w:tc>
          <w:tcPr>
            <w:tcW w:w="1555" w:type="dxa"/>
          </w:tcPr>
          <w:p w14:paraId="1429E4AA" w14:textId="5FBA0B40" w:rsidR="009648C4" w:rsidRDefault="009648C4" w:rsidP="009648C4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263610D2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4567E519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7E80DD5E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1A20A11B" w14:textId="76CBAB8B" w:rsidR="009648C4" w:rsidRDefault="009648C4" w:rsidP="00197212">
            <w:pPr>
              <w:jc w:val="center"/>
            </w:pPr>
          </w:p>
        </w:tc>
        <w:tc>
          <w:tcPr>
            <w:tcW w:w="1275" w:type="dxa"/>
          </w:tcPr>
          <w:p w14:paraId="441D7170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37D88F9A" w14:textId="77777777" w:rsidR="009648C4" w:rsidRDefault="009648C4" w:rsidP="00197212">
            <w:pPr>
              <w:jc w:val="center"/>
            </w:pPr>
          </w:p>
        </w:tc>
      </w:tr>
      <w:tr w:rsidR="009648C4" w14:paraId="5519886F" w14:textId="0A09D1E1" w:rsidTr="009648C4">
        <w:tc>
          <w:tcPr>
            <w:tcW w:w="1555" w:type="dxa"/>
          </w:tcPr>
          <w:p w14:paraId="661EDA3D" w14:textId="7F4E7EC5" w:rsidR="009648C4" w:rsidRDefault="009648C4" w:rsidP="009648C4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48A74BF3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71A81438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5097A7F2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2AB9D7E0" w14:textId="30B95251" w:rsidR="009648C4" w:rsidRDefault="009648C4" w:rsidP="00197212">
            <w:pPr>
              <w:jc w:val="center"/>
            </w:pPr>
          </w:p>
        </w:tc>
        <w:tc>
          <w:tcPr>
            <w:tcW w:w="1275" w:type="dxa"/>
          </w:tcPr>
          <w:p w14:paraId="5F147B64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35C54A6E" w14:textId="77777777" w:rsidR="009648C4" w:rsidRDefault="009648C4" w:rsidP="00197212">
            <w:pPr>
              <w:jc w:val="center"/>
            </w:pPr>
          </w:p>
        </w:tc>
      </w:tr>
      <w:tr w:rsidR="009648C4" w14:paraId="52007995" w14:textId="6CC51F72" w:rsidTr="009648C4">
        <w:tc>
          <w:tcPr>
            <w:tcW w:w="1555" w:type="dxa"/>
          </w:tcPr>
          <w:p w14:paraId="4F93FE63" w14:textId="01625AAF" w:rsidR="009648C4" w:rsidRDefault="009648C4" w:rsidP="009648C4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14:paraId="7B9303AA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5B1C7B67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1BE04EF8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06C0C5EF" w14:textId="6512C36E" w:rsidR="009648C4" w:rsidRDefault="009648C4" w:rsidP="00197212">
            <w:pPr>
              <w:jc w:val="center"/>
            </w:pPr>
          </w:p>
        </w:tc>
        <w:tc>
          <w:tcPr>
            <w:tcW w:w="1275" w:type="dxa"/>
          </w:tcPr>
          <w:p w14:paraId="20B515D9" w14:textId="77777777" w:rsidR="009648C4" w:rsidRDefault="009648C4" w:rsidP="00197212">
            <w:pPr>
              <w:jc w:val="center"/>
            </w:pPr>
          </w:p>
        </w:tc>
        <w:tc>
          <w:tcPr>
            <w:tcW w:w="1276" w:type="dxa"/>
          </w:tcPr>
          <w:p w14:paraId="61544F2C" w14:textId="77777777" w:rsidR="009648C4" w:rsidRDefault="009648C4" w:rsidP="00197212">
            <w:pPr>
              <w:jc w:val="center"/>
            </w:pPr>
          </w:p>
        </w:tc>
      </w:tr>
    </w:tbl>
    <w:p w14:paraId="5B980AC2" w14:textId="77777777" w:rsidR="009648C4" w:rsidRPr="009648C4" w:rsidRDefault="009648C4" w:rsidP="009648C4">
      <w:pPr>
        <w:rPr>
          <w:lang w:val="pt-BR"/>
        </w:rPr>
      </w:pPr>
    </w:p>
    <w:p w14:paraId="6342FA3E" w14:textId="6EC4E673" w:rsidR="00D068BD" w:rsidRPr="00D068BD" w:rsidRDefault="00F4364D" w:rsidP="00D068BD">
      <w:pPr>
        <w:pStyle w:val="Ttulo2"/>
        <w:rPr>
          <w:lang w:val="pt-BR"/>
        </w:rPr>
      </w:pPr>
      <w:r>
        <w:rPr>
          <w:lang w:val="pt-BR"/>
        </w:rPr>
        <w:t>3</w:t>
      </w:r>
      <w:r w:rsidR="00FD7CFA" w:rsidRPr="00D068BD">
        <w:rPr>
          <w:lang w:val="pt-BR"/>
        </w:rPr>
        <w:t xml:space="preserve">. Classificação final </w:t>
      </w:r>
    </w:p>
    <w:p w14:paraId="774CECC0" w14:textId="37A76F18" w:rsidR="00D068BD" w:rsidRDefault="00D068BD">
      <w:pPr>
        <w:rPr>
          <w:lang w:val="pt-BR"/>
        </w:rPr>
      </w:pPr>
      <w:r>
        <w:rPr>
          <w:lang w:val="pt-BR"/>
        </w:rPr>
        <w:t xml:space="preserve">1 – </w:t>
      </w:r>
    </w:p>
    <w:p w14:paraId="7F5748CD" w14:textId="4981357F" w:rsidR="00D068BD" w:rsidRDefault="00D068BD">
      <w:pPr>
        <w:rPr>
          <w:lang w:val="pt-BR"/>
        </w:rPr>
      </w:pPr>
      <w:r>
        <w:rPr>
          <w:lang w:val="pt-BR"/>
        </w:rPr>
        <w:t xml:space="preserve">2 – </w:t>
      </w:r>
    </w:p>
    <w:p w14:paraId="69E9C11F" w14:textId="7A2A3CFA" w:rsidR="00D068BD" w:rsidRDefault="00D068BD">
      <w:pPr>
        <w:rPr>
          <w:lang w:val="pt-BR"/>
        </w:rPr>
      </w:pPr>
      <w:r>
        <w:rPr>
          <w:lang w:val="pt-BR"/>
        </w:rPr>
        <w:t xml:space="preserve">3 – </w:t>
      </w:r>
    </w:p>
    <w:p w14:paraId="7B6C8B96" w14:textId="4A3C9A83" w:rsidR="00D068BD" w:rsidRDefault="00D068BD">
      <w:pPr>
        <w:rPr>
          <w:lang w:val="pt-BR"/>
        </w:rPr>
      </w:pPr>
      <w:r>
        <w:rPr>
          <w:lang w:val="pt-BR"/>
        </w:rPr>
        <w:t xml:space="preserve">4 – </w:t>
      </w:r>
    </w:p>
    <w:p w14:paraId="1B871084" w14:textId="057F2023" w:rsidR="001B6EDB" w:rsidRPr="00D068BD" w:rsidRDefault="00D068BD">
      <w:pPr>
        <w:rPr>
          <w:lang w:val="pt-BR"/>
        </w:rPr>
      </w:pPr>
      <w:r>
        <w:rPr>
          <w:lang w:val="pt-BR"/>
        </w:rPr>
        <w:t>5 –</w:t>
      </w:r>
    </w:p>
    <w:sectPr w:rsidR="001B6EDB" w:rsidRPr="00D068BD" w:rsidSect="009648C4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6EDB"/>
    <w:rsid w:val="00231C24"/>
    <w:rsid w:val="0029639D"/>
    <w:rsid w:val="00326F90"/>
    <w:rsid w:val="009648C4"/>
    <w:rsid w:val="00AA1D8D"/>
    <w:rsid w:val="00AE00D1"/>
    <w:rsid w:val="00B24275"/>
    <w:rsid w:val="00B47730"/>
    <w:rsid w:val="00CB0664"/>
    <w:rsid w:val="00D068BD"/>
    <w:rsid w:val="00EE0E91"/>
    <w:rsid w:val="00F16990"/>
    <w:rsid w:val="00F4364D"/>
    <w:rsid w:val="00FC693F"/>
    <w:rsid w:val="00FD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87768"/>
  <w14:defaultImageDpi w14:val="300"/>
  <w15:docId w15:val="{5E82CDBA-6805-4E0D-A0A4-02D5AE51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187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Marcela Garcia</cp:lastModifiedBy>
  <cp:revision>6</cp:revision>
  <dcterms:created xsi:type="dcterms:W3CDTF">2025-06-23T18:49:00Z</dcterms:created>
  <dcterms:modified xsi:type="dcterms:W3CDTF">2025-06-24T12:54:00Z</dcterms:modified>
  <cp:category/>
</cp:coreProperties>
</file>